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7953D2" w14:textId="77777777" w:rsidR="009A7192" w:rsidRPr="00411EA0" w:rsidRDefault="00000000">
      <w:pPr>
        <w:spacing w:after="240"/>
        <w:jc w:val="center"/>
        <w:rPr>
          <w:sz w:val="24"/>
          <w:szCs w:val="24"/>
        </w:rPr>
      </w:pPr>
      <w:r w:rsidRPr="00411EA0">
        <w:rPr>
          <w:b/>
          <w:sz w:val="24"/>
          <w:szCs w:val="24"/>
        </w:rPr>
        <w:t>ANKIETA DLA RODZICA DO OCENY FUNKCJONALNEJ UCZNIA</w:t>
      </w:r>
    </w:p>
    <w:p w14:paraId="19914BE0" w14:textId="77777777" w:rsidR="009A7192" w:rsidRPr="00411EA0" w:rsidRDefault="00000000" w:rsidP="00411EA0">
      <w:pPr>
        <w:spacing w:after="360"/>
        <w:jc w:val="center"/>
        <w:rPr>
          <w:sz w:val="20"/>
          <w:szCs w:val="20"/>
        </w:rPr>
      </w:pPr>
      <w:r w:rsidRPr="00411EA0">
        <w:rPr>
          <w:i/>
          <w:sz w:val="20"/>
          <w:szCs w:val="20"/>
        </w:rPr>
        <w:t>Instrukcja: Ankieta pomoże lepiej poznać mocne strony, potrzeby i trudności dziecka w codziennym funkcjonowaniu w domu i w szkole. Prosimy o szczere odpowiedzi.</w:t>
      </w:r>
    </w:p>
    <w:p w14:paraId="761886C5" w14:textId="77777777" w:rsidR="009A7192" w:rsidRPr="00330E8C" w:rsidRDefault="00000000" w:rsidP="00411EA0">
      <w:pPr>
        <w:spacing w:before="280" w:after="120" w:line="360" w:lineRule="auto"/>
        <w:rPr>
          <w:sz w:val="28"/>
          <w:szCs w:val="28"/>
        </w:rPr>
      </w:pPr>
      <w:r w:rsidRPr="00330E8C">
        <w:rPr>
          <w:b/>
          <w:sz w:val="28"/>
          <w:szCs w:val="28"/>
        </w:rPr>
        <w:t>I. DANE UCZNIA</w:t>
      </w:r>
    </w:p>
    <w:p w14:paraId="41D66DD1" w14:textId="77777777" w:rsidR="00411EA0" w:rsidRDefault="00000000" w:rsidP="00411EA0">
      <w:pPr>
        <w:spacing w:line="360" w:lineRule="auto"/>
      </w:pPr>
      <w:r>
        <w:t xml:space="preserve">Imię i nazwisko: ........................................ </w:t>
      </w:r>
    </w:p>
    <w:p w14:paraId="25F72ED3" w14:textId="47707F74" w:rsidR="009A7192" w:rsidRDefault="00000000" w:rsidP="00411EA0">
      <w:pPr>
        <w:spacing w:line="360" w:lineRule="auto"/>
      </w:pPr>
      <w:r>
        <w:t xml:space="preserve"> Imię i nazwisko rodzica / opiekuna: ...................................</w:t>
      </w:r>
    </w:p>
    <w:p w14:paraId="59FF554C" w14:textId="77777777" w:rsidR="00411EA0" w:rsidRDefault="00000000" w:rsidP="00411EA0">
      <w:pPr>
        <w:spacing w:line="360" w:lineRule="auto"/>
      </w:pPr>
      <w:r>
        <w:t xml:space="preserve">Klasa: ....................  </w:t>
      </w:r>
    </w:p>
    <w:p w14:paraId="25D569AE" w14:textId="79D7A155" w:rsidR="00411EA0" w:rsidRDefault="00000000" w:rsidP="00411EA0">
      <w:pPr>
        <w:spacing w:line="360" w:lineRule="auto"/>
      </w:pPr>
      <w:r>
        <w:t>Szkoła: ...................................</w:t>
      </w:r>
      <w:r w:rsidR="00411EA0">
        <w:t>............................</w:t>
      </w:r>
      <w:r>
        <w:t xml:space="preserve"> </w:t>
      </w:r>
    </w:p>
    <w:p w14:paraId="16CC26DA" w14:textId="337836A7" w:rsidR="009A7192" w:rsidRDefault="00000000" w:rsidP="00411EA0">
      <w:pPr>
        <w:spacing w:line="360" w:lineRule="auto"/>
      </w:pPr>
      <w:r>
        <w:t>Data wypełnienia: .........................</w:t>
      </w:r>
    </w:p>
    <w:p w14:paraId="30FB36A3" w14:textId="77777777" w:rsidR="009A7192" w:rsidRPr="00330E8C" w:rsidRDefault="00000000">
      <w:pPr>
        <w:spacing w:before="280" w:after="120"/>
        <w:rPr>
          <w:sz w:val="28"/>
          <w:szCs w:val="28"/>
        </w:rPr>
      </w:pPr>
      <w:r w:rsidRPr="00330E8C">
        <w:rPr>
          <w:b/>
          <w:sz w:val="28"/>
          <w:szCs w:val="28"/>
        </w:rPr>
        <w:t>II. JAK DZIECKO FUNKCJONUJE NA CO DZIEŃ?</w:t>
      </w:r>
    </w:p>
    <w:p w14:paraId="306BE2F5" w14:textId="77777777" w:rsidR="009A7192" w:rsidRDefault="00000000" w:rsidP="00411EA0">
      <w:pPr>
        <w:spacing w:line="360" w:lineRule="auto"/>
      </w:pPr>
      <w:r>
        <w:t>1. Moje dziecko chętnie chodzi do szkoły:   [ ] tak      [ ] czasami      [ ] nie</w:t>
      </w:r>
    </w:p>
    <w:p w14:paraId="35EE9F61" w14:textId="77777777" w:rsidR="009A7192" w:rsidRDefault="00000000" w:rsidP="00411EA0">
      <w:pPr>
        <w:spacing w:line="360" w:lineRule="auto"/>
      </w:pPr>
      <w:r>
        <w:t>2. Po powrocie ze szkoły najczęściej jest:   [ ] spokojne      [ ] zmęczone      [ ] rozdrażnione      [ ] różnie</w:t>
      </w:r>
    </w:p>
    <w:p w14:paraId="1E6525EE" w14:textId="77777777" w:rsidR="009A7192" w:rsidRDefault="00000000" w:rsidP="00411EA0">
      <w:pPr>
        <w:spacing w:after="80" w:line="360" w:lineRule="auto"/>
      </w:pPr>
      <w:r>
        <w:t>3. Najbardziej lubi w szkole: ......................................................................</w:t>
      </w:r>
    </w:p>
    <w:p w14:paraId="296CDF33" w14:textId="77777777" w:rsidR="009A7192" w:rsidRDefault="00000000" w:rsidP="00411EA0">
      <w:pPr>
        <w:spacing w:after="80" w:line="360" w:lineRule="auto"/>
      </w:pPr>
      <w:r>
        <w:t>4. Największą trudność sprawia mu: ......................................................................</w:t>
      </w:r>
    </w:p>
    <w:p w14:paraId="50BB62CC" w14:textId="77777777" w:rsidR="009A7192" w:rsidRDefault="00000000" w:rsidP="00411EA0">
      <w:pPr>
        <w:spacing w:after="80" w:line="360" w:lineRule="auto"/>
      </w:pPr>
      <w:r>
        <w:t>5. W domu moje dziecko najlepiej radzi sobie, gdy: .................................................................</w:t>
      </w:r>
    </w:p>
    <w:p w14:paraId="3FC9F996" w14:textId="77777777" w:rsidR="009A7192" w:rsidRPr="00330E8C" w:rsidRDefault="00000000" w:rsidP="00411EA0">
      <w:pPr>
        <w:spacing w:before="280" w:after="120" w:line="360" w:lineRule="auto"/>
        <w:rPr>
          <w:sz w:val="28"/>
          <w:szCs w:val="28"/>
        </w:rPr>
      </w:pPr>
      <w:r w:rsidRPr="00330E8C">
        <w:rPr>
          <w:b/>
          <w:sz w:val="28"/>
          <w:szCs w:val="28"/>
        </w:rPr>
        <w:t>III. UCZENIE SIĘ I WYKONYWANIE ZADAŃ</w:t>
      </w:r>
    </w:p>
    <w:p w14:paraId="3197B810" w14:textId="77777777" w:rsidR="00411EA0" w:rsidRDefault="00000000" w:rsidP="00411EA0">
      <w:pPr>
        <w:spacing w:line="360" w:lineRule="auto"/>
      </w:pPr>
      <w:r>
        <w:t xml:space="preserve">6. Moje dziecko najłatwiej uczy się, gdy:  </w:t>
      </w:r>
    </w:p>
    <w:p w14:paraId="4278C24A" w14:textId="1F91A5F0" w:rsidR="009A7192" w:rsidRDefault="00000000" w:rsidP="00411EA0">
      <w:pPr>
        <w:spacing w:line="360" w:lineRule="auto"/>
      </w:pPr>
      <w:r>
        <w:t xml:space="preserve"> [ ] pracuje samodzielnie      [ ] ktoś mu pomaga      [ ] ma przykład      [ ] ma więcej czasu</w:t>
      </w:r>
    </w:p>
    <w:p w14:paraId="2DC25FB5" w14:textId="77777777" w:rsidR="009A7192" w:rsidRDefault="00000000" w:rsidP="00411EA0">
      <w:pPr>
        <w:spacing w:line="360" w:lineRule="auto"/>
      </w:pPr>
      <w:r>
        <w:t>7. Polecenia rozumie:   [ ] zawsze      [ ] często      [ ] czasami      [ ] rzadko</w:t>
      </w:r>
    </w:p>
    <w:p w14:paraId="14DE7FE5" w14:textId="77777777" w:rsidR="009A7192" w:rsidRDefault="00000000" w:rsidP="00411EA0">
      <w:pPr>
        <w:spacing w:line="360" w:lineRule="auto"/>
      </w:pPr>
      <w:r>
        <w:t>8. Podczas odrabiania lekcji najczęściej potrzebuje:</w:t>
      </w:r>
    </w:p>
    <w:p w14:paraId="36DD1F33" w14:textId="77777777" w:rsidR="009A7192" w:rsidRDefault="00000000" w:rsidP="00411EA0">
      <w:pPr>
        <w:spacing w:line="360" w:lineRule="auto"/>
      </w:pPr>
      <w:r>
        <w:t xml:space="preserve">   [ ] przypomnienia o zadaniu      [ ] pomocy w czytaniu poleceń      [ ] przerw</w:t>
      </w:r>
    </w:p>
    <w:p w14:paraId="5C02CB68" w14:textId="77777777" w:rsidR="009A7192" w:rsidRDefault="00000000" w:rsidP="00411EA0">
      <w:pPr>
        <w:spacing w:line="360" w:lineRule="auto"/>
      </w:pPr>
      <w:r>
        <w:t xml:space="preserve">   [ ] spokojnego miejsca      [ ] wsparcia dorosłego</w:t>
      </w:r>
    </w:p>
    <w:p w14:paraId="7242337D" w14:textId="77777777" w:rsidR="009A7192" w:rsidRDefault="00000000" w:rsidP="00411EA0">
      <w:pPr>
        <w:spacing w:after="80" w:line="360" w:lineRule="auto"/>
      </w:pPr>
      <w:r>
        <w:lastRenderedPageBreak/>
        <w:t>9. Gdy czegoś nie rozumie, zazwyczaj: ......................................................................</w:t>
      </w:r>
    </w:p>
    <w:p w14:paraId="70BE3306" w14:textId="77777777" w:rsidR="009A7192" w:rsidRPr="00330E8C" w:rsidRDefault="00000000">
      <w:pPr>
        <w:spacing w:before="280" w:after="120"/>
        <w:rPr>
          <w:sz w:val="28"/>
          <w:szCs w:val="28"/>
        </w:rPr>
      </w:pPr>
      <w:r w:rsidRPr="00330E8C">
        <w:rPr>
          <w:b/>
          <w:sz w:val="28"/>
          <w:szCs w:val="28"/>
        </w:rPr>
        <w:t>IV. RELACJE I EMOCJE</w:t>
      </w:r>
    </w:p>
    <w:p w14:paraId="4BB86DAE" w14:textId="77777777" w:rsidR="009A7192" w:rsidRDefault="00000000" w:rsidP="00411EA0">
      <w:pPr>
        <w:spacing w:line="360" w:lineRule="auto"/>
      </w:pPr>
      <w:r>
        <w:t>10. W kontaktach z innymi dziećmi moje dziecko:   [ ] czuje się dobrze      [ ] bywa niepewne      [ ] ma trudności      [ ] różnie</w:t>
      </w:r>
    </w:p>
    <w:p w14:paraId="7D5499D4" w14:textId="77777777" w:rsidR="009A7192" w:rsidRDefault="00000000" w:rsidP="00411EA0">
      <w:pPr>
        <w:spacing w:after="80" w:line="360" w:lineRule="auto"/>
      </w:pPr>
      <w:r>
        <w:t>11. Gdy jest zdenerwowane, smutne lub złe, najczęściej: .................................................................</w:t>
      </w:r>
    </w:p>
    <w:p w14:paraId="319E5041" w14:textId="77777777" w:rsidR="009A7192" w:rsidRDefault="00000000" w:rsidP="00411EA0">
      <w:pPr>
        <w:spacing w:line="360" w:lineRule="auto"/>
      </w:pPr>
      <w:r>
        <w:t>12. Moje dziecko czuje się bezpiecznie w szkole:   [ ] tak      [ ] raczej tak      [ ] raczej nie      [ ] nie wiem</w:t>
      </w:r>
    </w:p>
    <w:p w14:paraId="2179995E" w14:textId="77777777" w:rsidR="009A7192" w:rsidRDefault="00000000" w:rsidP="00411EA0">
      <w:pPr>
        <w:spacing w:after="80" w:line="360" w:lineRule="auto"/>
      </w:pPr>
      <w:r>
        <w:t>13. Pomaga mu, kiedy dorośli: ......................................................................</w:t>
      </w:r>
    </w:p>
    <w:p w14:paraId="50FD7720" w14:textId="77777777" w:rsidR="009A7192" w:rsidRPr="00330E8C" w:rsidRDefault="00000000">
      <w:pPr>
        <w:spacing w:before="280" w:after="120"/>
        <w:rPr>
          <w:sz w:val="28"/>
          <w:szCs w:val="28"/>
        </w:rPr>
      </w:pPr>
      <w:r w:rsidRPr="00330E8C">
        <w:rPr>
          <w:b/>
          <w:sz w:val="28"/>
          <w:szCs w:val="28"/>
        </w:rPr>
        <w:t>V. MOCNE STRONY I POTRZEBY DZIECKA</w:t>
      </w:r>
    </w:p>
    <w:p w14:paraId="26CFE782" w14:textId="77777777" w:rsidR="009A7192" w:rsidRDefault="00000000" w:rsidP="00411EA0">
      <w:pPr>
        <w:spacing w:after="0" w:line="360" w:lineRule="auto"/>
      </w:pPr>
      <w:r>
        <w:t>14. Mocne strony mojego dziecka to: ......................................................................</w:t>
      </w:r>
    </w:p>
    <w:p w14:paraId="10F13AC0" w14:textId="77777777" w:rsidR="009A7192" w:rsidRDefault="00000000" w:rsidP="00411EA0">
      <w:pPr>
        <w:spacing w:after="0" w:line="360" w:lineRule="auto"/>
      </w:pPr>
      <w:r>
        <w:t>15. Chciał(a)bym, aby nauczyciele wiedzieli, że moje dziecko: ............................................................</w:t>
      </w:r>
    </w:p>
    <w:p w14:paraId="11678708" w14:textId="77777777" w:rsidR="009A7192" w:rsidRDefault="00000000" w:rsidP="00411EA0">
      <w:pPr>
        <w:spacing w:after="0" w:line="360" w:lineRule="auto"/>
      </w:pPr>
      <w:r>
        <w:t>16. Moje dziecko potrzebuje wsparcia szczególnie w sytuacjach: .......................................................</w:t>
      </w:r>
    </w:p>
    <w:p w14:paraId="4BB408FC" w14:textId="77777777" w:rsidR="009A7192" w:rsidRDefault="00000000" w:rsidP="00411EA0">
      <w:pPr>
        <w:spacing w:after="0" w:line="360" w:lineRule="auto"/>
      </w:pPr>
      <w:r>
        <w:t>17. Inne ważne informacje o dziecku: ......................................................................</w:t>
      </w:r>
    </w:p>
    <w:p w14:paraId="54C98589" w14:textId="77777777" w:rsidR="009A7192" w:rsidRDefault="00000000">
      <w:pPr>
        <w:spacing w:before="360"/>
      </w:pPr>
      <w:r>
        <w:t>Podpis rodzica / opiekuna (opcjonalnie): ..................................................</w:t>
      </w:r>
    </w:p>
    <w:p w14:paraId="5214B861" w14:textId="77777777" w:rsidR="009A7192" w:rsidRDefault="00000000">
      <w:r>
        <w:br w:type="page"/>
      </w:r>
    </w:p>
    <w:p w14:paraId="7FF23262" w14:textId="77777777" w:rsidR="009A7192" w:rsidRDefault="00000000">
      <w:pPr>
        <w:spacing w:after="240"/>
        <w:jc w:val="center"/>
      </w:pPr>
      <w:r>
        <w:rPr>
          <w:b/>
        </w:rPr>
        <w:lastRenderedPageBreak/>
        <w:t>ANKIETA DLA UCZNIA DO OCENY FUNKCJONALNEJ</w:t>
      </w:r>
    </w:p>
    <w:p w14:paraId="0983CEF1" w14:textId="77777777" w:rsidR="009A7192" w:rsidRDefault="00000000">
      <w:pPr>
        <w:spacing w:after="360"/>
        <w:jc w:val="both"/>
      </w:pPr>
      <w:r>
        <w:rPr>
          <w:i/>
        </w:rPr>
        <w:t>Instrukcja: Ankieta pomoże lepiej poznać Twoje mocne strony, potrzeby i trudności w szkole. Odpowiedz szczerze. Możesz zaznaczyć odpowiedź, wpisać własną odpowiedź lub poprosić nauczyciela o przeczytanie pytań.</w:t>
      </w:r>
    </w:p>
    <w:p w14:paraId="20A6B86A" w14:textId="77777777" w:rsidR="009A7192" w:rsidRDefault="00000000">
      <w:pPr>
        <w:spacing w:before="280" w:after="120"/>
      </w:pPr>
      <w:r>
        <w:rPr>
          <w:b/>
        </w:rPr>
        <w:t>I. DANE UCZNIA</w:t>
      </w:r>
    </w:p>
    <w:p w14:paraId="36FD6B36" w14:textId="77777777" w:rsidR="009A7192" w:rsidRDefault="00000000">
      <w:r>
        <w:t>Imię i nazwisko: ..................................................  Klasa: ...............  Data: .........................</w:t>
      </w:r>
    </w:p>
    <w:p w14:paraId="3306D301" w14:textId="77777777" w:rsidR="009A7192" w:rsidRDefault="00000000">
      <w:pPr>
        <w:spacing w:after="80"/>
      </w:pPr>
      <w:r>
        <w:t>Szkoła: ............................................................</w:t>
      </w:r>
    </w:p>
    <w:p w14:paraId="27D9A5C8" w14:textId="77777777" w:rsidR="009A7192" w:rsidRDefault="00000000">
      <w:pPr>
        <w:spacing w:before="280" w:after="120"/>
      </w:pPr>
      <w:r>
        <w:rPr>
          <w:b/>
        </w:rPr>
        <w:t>II. JAK CZUJĘ SIĘ W SZKOLE?</w:t>
      </w:r>
    </w:p>
    <w:p w14:paraId="63B9AA05" w14:textId="77777777" w:rsidR="009A7192" w:rsidRDefault="00000000">
      <w:r>
        <w:t>1. Lubię chodzić do szkoły:   [ ] tak      [ ] czasami      [ ] nie</w:t>
      </w:r>
    </w:p>
    <w:p w14:paraId="64BC5CC7" w14:textId="77777777" w:rsidR="009A7192" w:rsidRDefault="00000000">
      <w:r>
        <w:t>2. W szkole czuję się:   [ ] bardzo dobrze      [ ] dobrze      [ ] różnie      [ ] trudno mi</w:t>
      </w:r>
    </w:p>
    <w:p w14:paraId="29402BC4" w14:textId="77777777" w:rsidR="009A7192" w:rsidRDefault="00000000">
      <w:pPr>
        <w:spacing w:after="80"/>
      </w:pPr>
      <w:r>
        <w:t>3. Najbardziej lubi w szkole: ......................................................................</w:t>
      </w:r>
    </w:p>
    <w:p w14:paraId="1DDBC024" w14:textId="77777777" w:rsidR="009A7192" w:rsidRDefault="00000000">
      <w:pPr>
        <w:spacing w:after="80"/>
      </w:pPr>
      <w:r>
        <w:t>4. Najtrudniejsze jest dla mnie: ......................................................................</w:t>
      </w:r>
    </w:p>
    <w:p w14:paraId="1266F8ED" w14:textId="77777777" w:rsidR="009A7192" w:rsidRDefault="00000000">
      <w:pPr>
        <w:spacing w:before="280" w:after="120"/>
      </w:pPr>
      <w:r>
        <w:rPr>
          <w:b/>
        </w:rPr>
        <w:t>III. JAK UCZĘ SIĘ NAJLEPIEJ?</w:t>
      </w:r>
    </w:p>
    <w:p w14:paraId="13685964" w14:textId="77777777" w:rsidR="009A7192" w:rsidRDefault="00000000">
      <w:r>
        <w:t>5. Najłatwiej pracuje mi się:   [ ] samodzielnie      [ ] w parze      [ ] w grupie      [ ] z nauczycielem</w:t>
      </w:r>
    </w:p>
    <w:p w14:paraId="253A1B22" w14:textId="77777777" w:rsidR="009A7192" w:rsidRDefault="00000000">
      <w:r>
        <w:t>6. Polecenia rozumiem:   [ ] zawsze      [ ] czasami      [ ] rzadko</w:t>
      </w:r>
    </w:p>
    <w:p w14:paraId="412FBDF8" w14:textId="77777777" w:rsidR="009A7192" w:rsidRDefault="00000000">
      <w:r>
        <w:t>7. Pomaga mi, gdy:</w:t>
      </w:r>
    </w:p>
    <w:p w14:paraId="5F97AC08" w14:textId="77777777" w:rsidR="009A7192" w:rsidRDefault="00000000">
      <w:r>
        <w:t xml:space="preserve">   [ ] polecenia są krótkie      [ ] mam więcej czasu      [ ] widzę przykład      [ ] mam plan</w:t>
      </w:r>
    </w:p>
    <w:p w14:paraId="58AFA00C" w14:textId="77777777" w:rsidR="009A7192" w:rsidRDefault="00000000">
      <w:r>
        <w:t xml:space="preserve">   [ ] jest cicho      [ ] mogę zrobić krótką przerwę      [ ] ktoś mi pomaga</w:t>
      </w:r>
    </w:p>
    <w:p w14:paraId="649BD0D6" w14:textId="77777777" w:rsidR="009A7192" w:rsidRDefault="00000000">
      <w:pPr>
        <w:spacing w:after="80"/>
      </w:pPr>
      <w:r>
        <w:t>8. Gdy czegoś nie rozumiem, to: ......................................................................</w:t>
      </w:r>
    </w:p>
    <w:p w14:paraId="48A791D6" w14:textId="77777777" w:rsidR="009A7192" w:rsidRDefault="00000000">
      <w:pPr>
        <w:spacing w:before="280" w:after="120"/>
      </w:pPr>
      <w:r>
        <w:rPr>
          <w:b/>
        </w:rPr>
        <w:t>IV. RELACJE I EMOCJE</w:t>
      </w:r>
    </w:p>
    <w:p w14:paraId="5F928E64" w14:textId="77777777" w:rsidR="009A7192" w:rsidRDefault="00000000">
      <w:r>
        <w:t>9. Z kolegami i koleżankankami czuję się:   [ ] bardzo dobrze      [ ] dobrze      [ ] różnie      [ ] trudno mi</w:t>
      </w:r>
    </w:p>
    <w:p w14:paraId="146D6F64" w14:textId="77777777" w:rsidR="009A7192" w:rsidRDefault="00000000">
      <w:pPr>
        <w:spacing w:after="80"/>
      </w:pPr>
      <w:r>
        <w:t>10. Gdy jestem zdenerwowany(-a), smutny(-a) lub zły(-a), to: ............................................................</w:t>
      </w:r>
    </w:p>
    <w:p w14:paraId="455719BB" w14:textId="77777777" w:rsidR="009A7192" w:rsidRDefault="00000000">
      <w:r>
        <w:t>11. W szkole czuję się bezpiecznie:   [ ] tak      [ ] czasami      [ ] nie</w:t>
      </w:r>
    </w:p>
    <w:p w14:paraId="398302EF" w14:textId="77777777" w:rsidR="009A7192" w:rsidRDefault="00000000">
      <w:pPr>
        <w:spacing w:after="80"/>
      </w:pPr>
      <w:r>
        <w:t>12. Pomaga mi, kiedy nauczyciel: ......................................................................</w:t>
      </w:r>
    </w:p>
    <w:p w14:paraId="72146928" w14:textId="77777777" w:rsidR="009A7192" w:rsidRDefault="00000000">
      <w:pPr>
        <w:spacing w:before="280" w:after="120"/>
      </w:pPr>
      <w:r>
        <w:rPr>
          <w:b/>
        </w:rPr>
        <w:t>V. MOJE MOCNE STRONY I POTRZEBY</w:t>
      </w:r>
    </w:p>
    <w:p w14:paraId="141317AC" w14:textId="77777777" w:rsidR="009A7192" w:rsidRDefault="00000000">
      <w:pPr>
        <w:spacing w:after="80"/>
      </w:pPr>
      <w:r>
        <w:t>13. Jestem dobry(-a) w: ......................................................................</w:t>
      </w:r>
    </w:p>
    <w:p w14:paraId="3B7FE9F1" w14:textId="77777777" w:rsidR="009A7192" w:rsidRDefault="00000000">
      <w:pPr>
        <w:spacing w:after="80"/>
      </w:pPr>
      <w:r>
        <w:t>14. Chciał(a)bym, aby nauczyciele wiedzieli, że: ............................................................</w:t>
      </w:r>
    </w:p>
    <w:p w14:paraId="353E8ED4" w14:textId="77777777" w:rsidR="009A7192" w:rsidRDefault="00000000">
      <w:pPr>
        <w:spacing w:after="80"/>
      </w:pPr>
      <w:r>
        <w:lastRenderedPageBreak/>
        <w:t>15. Potrzebuję pomocy, kiedy: ......................................................................</w:t>
      </w:r>
    </w:p>
    <w:p w14:paraId="3BFA3169" w14:textId="77777777" w:rsidR="009A7192" w:rsidRDefault="00000000">
      <w:pPr>
        <w:spacing w:before="360"/>
      </w:pPr>
      <w:r>
        <w:t>Data wypełnienia ankiety: ...................................</w:t>
      </w:r>
    </w:p>
    <w:p w14:paraId="08464D2F" w14:textId="77777777" w:rsidR="009A7192" w:rsidRDefault="00000000">
      <w:r>
        <w:t>Podpis ucznia (opcjonalnie): ........................................</w:t>
      </w:r>
    </w:p>
    <w:sectPr w:rsidR="009A7192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35582176">
    <w:abstractNumId w:val="8"/>
  </w:num>
  <w:num w:numId="2" w16cid:durableId="1247617780">
    <w:abstractNumId w:val="6"/>
  </w:num>
  <w:num w:numId="3" w16cid:durableId="838665196">
    <w:abstractNumId w:val="5"/>
  </w:num>
  <w:num w:numId="4" w16cid:durableId="776995140">
    <w:abstractNumId w:val="4"/>
  </w:num>
  <w:num w:numId="5" w16cid:durableId="1081416353">
    <w:abstractNumId w:val="7"/>
  </w:num>
  <w:num w:numId="6" w16cid:durableId="207495960">
    <w:abstractNumId w:val="3"/>
  </w:num>
  <w:num w:numId="7" w16cid:durableId="665019557">
    <w:abstractNumId w:val="2"/>
  </w:num>
  <w:num w:numId="8" w16cid:durableId="1865636155">
    <w:abstractNumId w:val="1"/>
  </w:num>
  <w:num w:numId="9" w16cid:durableId="16729459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946AF"/>
    <w:rsid w:val="0015074B"/>
    <w:rsid w:val="0029639D"/>
    <w:rsid w:val="00326F90"/>
    <w:rsid w:val="00330E8C"/>
    <w:rsid w:val="00411EA0"/>
    <w:rsid w:val="00487BDC"/>
    <w:rsid w:val="008B3C46"/>
    <w:rsid w:val="009A7192"/>
    <w:rsid w:val="00AA1D8D"/>
    <w:rsid w:val="00B2729C"/>
    <w:rsid w:val="00B47730"/>
    <w:rsid w:val="00CB0664"/>
    <w:rsid w:val="00CC1E6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D6DF85"/>
  <w14:defaultImageDpi w14:val="300"/>
  <w15:docId w15:val="{25CC2ED4-91D0-4D3C-AC10-6ABDE3391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Calibri" w:hAnsi="Calibri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709</Words>
  <Characters>4260</Characters>
  <Application>Microsoft Office Word</Application>
  <DocSecurity>0</DocSecurity>
  <Lines>35</Lines>
  <Paragraphs>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4960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Andrzej Cichal</cp:lastModifiedBy>
  <cp:revision>2</cp:revision>
  <dcterms:created xsi:type="dcterms:W3CDTF">2026-09-13T20:09:00Z</dcterms:created>
  <dcterms:modified xsi:type="dcterms:W3CDTF">2026-09-13T20:09:00Z</dcterms:modified>
  <cp:category/>
</cp:coreProperties>
</file>